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</w:rPr>
        <w:t>[Наименование организации]</w:t>
      </w:r>
    </w:p>
    <w:p>
      <w:pPr>
        <w:spacing w:after="120"/>
        <w:jc w:val="center"/>
      </w:pPr>
      <w:r>
        <w:rPr>
          <w:b/>
        </w:rPr>
        <w:t>ПРОТОКОЛ</w:t>
      </w:r>
    </w:p>
    <w:p>
      <w:pPr>
        <w:tabs>
          <w:tab w:pos="10205" w:val="right"/>
        </w:tabs>
        <w:spacing w:after="0"/>
      </w:pPr>
      <w:r>
        <w:t>[ДД.ММ.ГГГГ]</w:t>
        <w:tab/>
        <w:t>№ [__]</w:t>
      </w:r>
    </w:p>
    <w:p>
      <w:pPr>
        <w:spacing w:after="240"/>
        <w:jc w:val="center"/>
      </w:pPr>
      <w:r>
        <w:rPr>
          <w:b w:val="0"/>
        </w:rPr>
        <w:t>[Место составления]</w:t>
      </w:r>
    </w:p>
    <w:p>
      <w:pPr>
        <w:spacing w:after="240"/>
      </w:pPr>
      <w:r>
        <w:rPr>
          <w:b/>
        </w:rPr>
        <w:t>Заседания врачебной комиссии [подкомиссии: наименование]</w:t>
      </w:r>
    </w:p>
    <w:p>
      <w:pPr>
        <w:spacing w:after="0"/>
      </w:pPr>
      <w:r>
        <w:rPr>
          <w:b w:val="0"/>
        </w:rPr>
        <w:t>Председатель — [И.О. Фамилия, должность]</w:t>
      </w:r>
    </w:p>
    <w:p>
      <w:pPr>
        <w:spacing w:after="0"/>
      </w:pPr>
      <w:r>
        <w:rPr>
          <w:b w:val="0"/>
        </w:rPr>
        <w:t>Заместитель председателя — [И.О. Фамилия, должность]</w:t>
      </w:r>
    </w:p>
    <w:p>
      <w:pPr>
        <w:spacing w:after="0"/>
      </w:pPr>
      <w:r>
        <w:rPr>
          <w:b w:val="0"/>
        </w:rPr>
        <w:t>Секретарь — [И.О. Фамилия, должность]</w:t>
      </w:r>
    </w:p>
    <w:p>
      <w:pPr>
        <w:spacing w:after="0" w:before="120"/>
      </w:pPr>
      <w:r>
        <w:rPr>
          <w:b w:val="0"/>
        </w:rPr>
        <w:t>Присутствовали:</w:t>
      </w:r>
    </w:p>
    <w:p>
      <w:pPr>
        <w:spacing w:after="0"/>
      </w:pPr>
      <w:r>
        <w:rPr>
          <w:b w:val="0"/>
        </w:rPr>
        <w:t>Члены комиссии: [И.О. Фамилия, должность]</w:t>
      </w:r>
    </w:p>
    <w:p>
      <w:pPr>
        <w:spacing w:after="0"/>
      </w:pPr>
      <w:r>
        <w:rPr>
          <w:b w:val="0"/>
        </w:rPr>
        <w:t>[И.О. Фамилия, должность]</w:t>
      </w:r>
    </w:p>
    <w:p>
      <w:pPr>
        <w:spacing w:after="0"/>
      </w:pPr>
      <w:r>
        <w:rPr>
          <w:b w:val="0"/>
        </w:rPr>
        <w:t>[И.О. Фамилия, должность]</w:t>
      </w:r>
    </w:p>
    <w:p>
      <w:pPr>
        <w:spacing w:after="0"/>
      </w:pPr>
      <w:r>
        <w:rPr>
          <w:b w:val="0"/>
        </w:rPr>
        <w:t>Кворум: присутствуют [__] из [__] членов комиссии</w:t>
      </w:r>
    </w:p>
    <w:p>
      <w:pPr>
        <w:spacing w:after="0" w:before="120"/>
      </w:pPr>
      <w:r>
        <w:rPr>
          <w:b w:val="0"/>
        </w:rPr>
        <w:t>Приглашённые:</w:t>
      </w:r>
    </w:p>
    <w:p>
      <w:pPr>
        <w:spacing w:after="0"/>
      </w:pPr>
      <w:r>
        <w:rPr>
          <w:b w:val="0"/>
        </w:rPr>
        <w:t>[И.О. Фамилия, должность — при необходимости]</w:t>
      </w:r>
    </w:p>
    <w:p>
      <w:pPr>
        <w:spacing w:after="0" w:before="240"/>
      </w:pPr>
      <w:r>
        <w:rPr>
          <w:b/>
        </w:rPr>
        <w:t>ПОВЕСТКА ДНЯ:</w:t>
      </w:r>
    </w:p>
    <w:p>
      <w:pPr>
        <w:spacing w:after="0"/>
        <w:jc w:val="both"/>
      </w:pPr>
      <w:r>
        <w:rPr>
          <w:b w:val="0"/>
        </w:rPr>
        <w:t>1. [Вопрос: например, о назначении лекарственного препарата пациенту (ФИО, дата рождения, № медицинской карты)]</w:t>
      </w:r>
    </w:p>
    <w:p>
      <w:pPr>
        <w:spacing w:after="0"/>
        <w:jc w:val="both"/>
      </w:pPr>
      <w:r>
        <w:rPr>
          <w:b w:val="0"/>
        </w:rPr>
        <w:t>2. [Второй вопрос]</w:t>
      </w:r>
    </w:p>
    <w:p>
      <w:pPr>
        <w:spacing w:after="0" w:before="240"/>
      </w:pPr>
      <w:r>
        <w:rPr>
          <w:b/>
        </w:rPr>
        <w:t>1.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И.О., должность — суть вопроса, представленные медицинские документы]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мнение, обоснование]</w:t>
      </w:r>
    </w:p>
    <w:p>
      <w:pPr>
        <w:spacing w:after="0"/>
        <w:ind w:firstLine="709"/>
        <w:jc w:val="both"/>
      </w:pPr>
      <w:r>
        <w:rPr>
          <w:b w:val="0"/>
        </w:rPr>
        <w:t>Голосовали: «за» — [__], «против» — [__], «воздержались» — [__].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1.1. [Содержание решения]</w:t>
      </w:r>
    </w:p>
    <w:p>
      <w:pPr>
        <w:spacing w:after="0" w:before="240"/>
      </w:pPr>
      <w:r>
        <w:rPr>
          <w:b/>
        </w:rPr>
        <w:t>2.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выступления]</w:t>
      </w:r>
    </w:p>
    <w:p>
      <w:pPr>
        <w:spacing w:after="0"/>
        <w:ind w:firstLine="709"/>
        <w:jc w:val="both"/>
      </w:pPr>
      <w:r>
        <w:rPr>
          <w:b w:val="0"/>
        </w:rPr>
        <w:t>Голосовали: «за» — [__], «против» — [__], «воздержались» — [__].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2.1. [Содержание решения]</w:t>
      </w:r>
    </w:p>
    <w:p>
      <w:pPr>
        <w:tabs>
          <w:tab w:pos="10205" w:val="right"/>
        </w:tabs>
        <w:spacing w:after="0" w:before="480"/>
      </w:pPr>
      <w:r>
        <w:t>Председатель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Заместитель председателя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Члены комиссии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Секретарь</w:t>
        <w:tab/>
        <w:t>[И.О. Фамилия]</w:t>
      </w:r>
    </w:p>
    <w:p>
      <w:pPr>
        <w:spacing w:after="0" w:before="480"/>
      </w:pPr>
      <w:r>
        <w:rPr>
          <w:b w:val="0"/>
          <w:sz w:val="20"/>
        </w:rPr>
        <w:t>Протокол подписывают все присутствовавшие члены комиссии (приказ Минздрава России от 10.04.2025 № 180н, п. 15). Бланк подготовлен сервисом Стенограф (stenografs.ru).</w:t>
      </w:r>
    </w:p>
    <w:sectPr w:rsidR="00FC693F" w:rsidRPr="0006063C" w:rsidSect="00034616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протокола заседания врачебной комиссии</dc:title>
  <dc:subject/>
  <dc:creator>Стенограф — stenografs.ru</dc:creator>
  <cp:keywords/>
  <dc:description>Бланк по шаблону ГОСТ Р 7.0.97-2025. Протокол из записи совещания — автоматически: https://stenografs.ru/landing/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